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0D7E2" w14:textId="77777777" w:rsidR="00A462A4" w:rsidRDefault="00000000">
      <w:pPr>
        <w:spacing w:after="40" w:line="240" w:lineRule="auto"/>
        <w:jc w:val="center"/>
      </w:pPr>
      <w:r>
        <w:rPr>
          <w:sz w:val="18"/>
        </w:rPr>
        <w:t>Zespół Poradni Psychologiczno – Pedagogicznych w Świdnicy</w:t>
      </w:r>
    </w:p>
    <w:p w14:paraId="77A6DEDA" w14:textId="77777777" w:rsidR="00A462A4" w:rsidRDefault="00000000">
      <w:pPr>
        <w:spacing w:after="40" w:line="240" w:lineRule="auto"/>
        <w:jc w:val="center"/>
      </w:pPr>
      <w:r>
        <w:rPr>
          <w:sz w:val="17"/>
        </w:rPr>
        <w:t>58-100 Świdnica, ul. Pionierów Ziemi Świdnickiej 14, Tel. 74 662 27 20, fax 74 662 27 55</w:t>
      </w:r>
    </w:p>
    <w:p w14:paraId="57C044A9" w14:textId="77777777" w:rsidR="00A462A4" w:rsidRDefault="00000000">
      <w:pPr>
        <w:spacing w:after="40" w:line="240" w:lineRule="auto"/>
      </w:pPr>
      <w:r>
        <w:t>……………………………………</w:t>
      </w:r>
    </w:p>
    <w:p w14:paraId="0616DDCA" w14:textId="77777777" w:rsidR="00A462A4" w:rsidRDefault="00000000">
      <w:pPr>
        <w:spacing w:after="40" w:line="240" w:lineRule="auto"/>
      </w:pPr>
      <w:r>
        <w:rPr>
          <w:sz w:val="16"/>
        </w:rPr>
        <w:t>(pieczątka przedszkola/szkoły)</w:t>
      </w:r>
    </w:p>
    <w:p w14:paraId="3647526B" w14:textId="77777777" w:rsidR="00A462A4" w:rsidRDefault="00000000">
      <w:pPr>
        <w:spacing w:after="0" w:line="240" w:lineRule="auto"/>
        <w:jc w:val="center"/>
      </w:pPr>
      <w:r>
        <w:rPr>
          <w:b/>
          <w:sz w:val="22"/>
        </w:rPr>
        <w:t>OPINIA NAUCZYCIELA/WYCHOWAWCY O DZIECKU/UCZNIU</w:t>
      </w:r>
    </w:p>
    <w:p w14:paraId="6931AA03" w14:textId="77777777" w:rsidR="00A462A4" w:rsidRDefault="00000000">
      <w:pPr>
        <w:spacing w:after="0" w:line="240" w:lineRule="auto"/>
        <w:jc w:val="center"/>
      </w:pPr>
      <w:r>
        <w:rPr>
          <w:b/>
          <w:sz w:val="22"/>
        </w:rPr>
        <w:t>UBIEGAJĄCYM SIĘ O ORZECZENIE</w:t>
      </w:r>
    </w:p>
    <w:p w14:paraId="31541872" w14:textId="77777777" w:rsidR="00A462A4" w:rsidRDefault="00000000">
      <w:pPr>
        <w:spacing w:after="120" w:line="240" w:lineRule="auto"/>
        <w:jc w:val="center"/>
      </w:pPr>
      <w:r>
        <w:rPr>
          <w:b/>
          <w:sz w:val="22"/>
        </w:rPr>
        <w:t>O POTRZEBIE KSZTAŁCENIA SPECJALNEGO</w:t>
      </w:r>
    </w:p>
    <w:p w14:paraId="023AA1B6" w14:textId="77777777" w:rsidR="00A462A4" w:rsidRDefault="00000000">
      <w:pPr>
        <w:spacing w:after="40" w:line="240" w:lineRule="auto"/>
      </w:pPr>
      <w:r>
        <w:t>Imię (imiona) i nazwisko: Kacper Marciniak</w:t>
      </w:r>
    </w:p>
    <w:p w14:paraId="1E5A83DC" w14:textId="3FE1295A" w:rsidR="00A462A4" w:rsidRDefault="00000000">
      <w:pPr>
        <w:spacing w:after="40" w:line="240" w:lineRule="auto"/>
      </w:pPr>
      <w:r>
        <w:t>Przedszkole/Szkoła:</w:t>
      </w:r>
      <w:r w:rsidR="007D5168" w:rsidRPr="007D5168">
        <w:rPr>
          <w:rFonts w:cs="Arial"/>
          <w:color w:val="E8E8E8"/>
          <w:sz w:val="33"/>
          <w:szCs w:val="33"/>
          <w:shd w:val="clear" w:color="auto" w:fill="22242A"/>
        </w:rPr>
        <w:t xml:space="preserve"> </w:t>
      </w:r>
      <w:r w:rsidR="007D5168" w:rsidRPr="007D5168">
        <w:t>Zespół Szkół Specjalnych</w:t>
      </w:r>
      <w:r w:rsidR="007D5168">
        <w:t xml:space="preserve"> w Świdnicy</w:t>
      </w:r>
      <w:r>
        <w:t xml:space="preserve">  klasa: </w:t>
      </w:r>
      <w:r w:rsidR="007D5168">
        <w:t>1 LB BS</w:t>
      </w:r>
    </w:p>
    <w:p w14:paraId="11814001" w14:textId="77777777" w:rsidR="00A462A4" w:rsidRDefault="00000000">
      <w:pPr>
        <w:spacing w:after="20" w:line="240" w:lineRule="auto"/>
      </w:pPr>
      <w:r>
        <w:rPr>
          <w:b/>
        </w:rPr>
        <w:t>1. Proszę opisać potrzeby rozwojowe i edukacyjne oraz możliwości psychofizyczne dziecka/ucznia, w tym mocne strony i uzdolnienia dziecka/ucznia:</w:t>
      </w:r>
    </w:p>
    <w:p w14:paraId="26812FDF" w14:textId="77777777" w:rsidR="00A462A4" w:rsidRDefault="00000000">
      <w:pPr>
        <w:spacing w:after="80" w:line="240" w:lineRule="auto"/>
      </w:pPr>
      <w:r>
        <w:rPr>
          <w:sz w:val="18"/>
        </w:rPr>
        <w:t>Kacper Marciniak jest uczniem z niepełnosprawnością sprzężoną – autyzmem, w tym zespołem Aspergera, oraz niepełnosprawnością intelektualną w stopniu lekkim. Uczeń wymaga stałego wsparcia w zakresie koncentracji uwagi, rozumienia i wykonywania poleceń, regulacji emocji, przestrzegania norm społecznych oraz motywowania do podejmowania aktywności edukacyjnej. Po długotrwałej hospitalizacji psychiatrycznej obserwuje się pogorszenie funkcjonowania ucznia. W sprzyjających, uporządkowanych warunkach oraz przy jasno sformułowanych wymaganiach Kacper podejmuje aktywność i może realizować zadania dostosowane do jego możliwości.</w:t>
      </w:r>
    </w:p>
    <w:p w14:paraId="451638C1" w14:textId="77777777" w:rsidR="00A462A4" w:rsidRDefault="00000000">
      <w:pPr>
        <w:spacing w:after="20" w:line="240" w:lineRule="auto"/>
      </w:pPr>
      <w:r>
        <w:rPr>
          <w:b/>
        </w:rPr>
        <w:t>2. Proszę wymienić rodzaj zajęć/przedmioty, które dziecko/uczeń powinien realizować:</w:t>
      </w:r>
    </w:p>
    <w:p w14:paraId="008C2D8B" w14:textId="77777777" w:rsidR="00A462A4" w:rsidRDefault="00000000">
      <w:pPr>
        <w:spacing w:after="40" w:line="240" w:lineRule="auto"/>
      </w:pPr>
      <w:r>
        <w:rPr>
          <w:sz w:val="18"/>
        </w:rPr>
        <w:t>a) indywidualnie: zajęcia rewalidacyjne, zajęcia wspierające rozwijanie kompetencji społeczno-emocjonalnych, ćwiczenia koncentracji uwagi, samokontroli i regulacji emocji; w razie potrzeby indywidualne konsultacje ze specjalistami szkolnymi.</w:t>
      </w:r>
    </w:p>
    <w:p w14:paraId="1CBBD06A" w14:textId="291CFDA9" w:rsidR="00A462A4" w:rsidRPr="00671741" w:rsidRDefault="00000000">
      <w:pPr>
        <w:spacing w:after="40" w:line="240" w:lineRule="auto"/>
        <w:rPr>
          <w:sz w:val="18"/>
        </w:rPr>
      </w:pPr>
      <w:r>
        <w:rPr>
          <w:sz w:val="18"/>
        </w:rPr>
        <w:t xml:space="preserve">b) w grupie do 5 osób: </w:t>
      </w:r>
      <w:r w:rsidR="00671741" w:rsidRPr="00671741">
        <w:rPr>
          <w:sz w:val="18"/>
        </w:rPr>
        <w:t>Nie zaleca się realizacji zajęć w grupie. Funkcjonowanie ucznia w grupie powoduje nasilenie zachowań trudnych, konfliktów oraz utrudnia realizację celów edukacyjnych.</w:t>
      </w:r>
    </w:p>
    <w:p w14:paraId="6C373EB5" w14:textId="0A6E9183" w:rsidR="00A462A4" w:rsidRDefault="00000000">
      <w:pPr>
        <w:spacing w:after="80" w:line="240" w:lineRule="auto"/>
      </w:pPr>
      <w:r>
        <w:rPr>
          <w:sz w:val="18"/>
        </w:rPr>
        <w:t xml:space="preserve">c) wspólnie z oddziałem przedszkolnym/szkolnym: </w:t>
      </w:r>
      <w:r w:rsidR="008F4428" w:rsidRPr="008F4428">
        <w:rPr>
          <w:sz w:val="18"/>
        </w:rPr>
        <w:t>Nie rekomenduje się uczestnictwa w zajęciach realizowanych wspólnie z oddziałem klasowym.</w:t>
      </w:r>
    </w:p>
    <w:p w14:paraId="1E6DA70C" w14:textId="77777777" w:rsidR="00A462A4" w:rsidRDefault="00000000">
      <w:pPr>
        <w:spacing w:after="20" w:line="240" w:lineRule="auto"/>
      </w:pPr>
      <w:r>
        <w:rPr>
          <w:b/>
        </w:rPr>
        <w:t>3. Proszę opisać wpływ przebiegu choroby na funkcjonowanie dziecka/ucznia w przedszkolu/szkole:</w:t>
      </w:r>
    </w:p>
    <w:p w14:paraId="6FAE27D6" w14:textId="77777777" w:rsidR="00A462A4" w:rsidRDefault="00000000">
      <w:pPr>
        <w:spacing w:after="80" w:line="240" w:lineRule="auto"/>
      </w:pPr>
      <w:r>
        <w:rPr>
          <w:sz w:val="18"/>
        </w:rPr>
        <w:t>W bieżącym roku szkolnym funkcjonowanie ucznia było dodatkowo utrudnione z uwagi na długotrwałą hospitalizację psychiatryczną w okresie od stycznia do kwietnia. Po powrocie ze szpitala zauważalne jest pogorszenie funkcjonowania w porównaniu z okresem sprzed hospitalizacji. Uczeń ma znaczne trudności z koncentracją uwagi, utrzymaniem zaangażowania w zadania oraz kontrolą własnego zachowania. Wymaga częstego kierowania uwagi na realizowane aktywności i wielokrotnego przypominania poleceń. Widoczne są trudności w regulacji emocji oraz przestrzeganiu zasad obowiązujących podczas zajęć.</w:t>
      </w:r>
    </w:p>
    <w:p w14:paraId="073B2A97" w14:textId="77777777" w:rsidR="00A462A4" w:rsidRDefault="00000000">
      <w:pPr>
        <w:spacing w:after="20" w:line="240" w:lineRule="auto"/>
      </w:pPr>
      <w:r>
        <w:rPr>
          <w:b/>
        </w:rPr>
        <w:t>4. Proszę wymienić bariery (czynniki zewnętrzne niezależne od dziecka/ucznia) stanowiące przeszkodę w realizacji zajęć edukacyjnych/przedmiotów:</w:t>
      </w:r>
    </w:p>
    <w:p w14:paraId="03DDA16D" w14:textId="77777777" w:rsidR="00A462A4" w:rsidRDefault="00000000">
      <w:pPr>
        <w:spacing w:after="80" w:line="240" w:lineRule="auto"/>
      </w:pPr>
      <w:r>
        <w:rPr>
          <w:sz w:val="18"/>
        </w:rPr>
        <w:t>Barierami są: długotrwała hospitalizacja psychiatryczna, przerwa w systematycznej realizacji obowiązków szkolnych, nieregularna frekwencja po powrocie do szkoły, konieczność ponownej adaptacji do rytmu szkolnego, duża liczba bodźców w klasie, sytuacje wymagające dłuższego skupienia oraz ograniczona możliwość systematycznej pracy nad założonymi celami edukacyjno-terapeutycznymi.</w:t>
      </w:r>
    </w:p>
    <w:p w14:paraId="68867969" w14:textId="77777777" w:rsidR="00A462A4" w:rsidRDefault="00000000">
      <w:pPr>
        <w:spacing w:after="20" w:line="240" w:lineRule="auto"/>
      </w:pPr>
      <w:r>
        <w:rPr>
          <w:b/>
        </w:rPr>
        <w:t>5. Proszę wymienić sprzęt specjalistyczny i środki dydaktyczne niezbędne w procesie kształcenia dziecka/ucznia z niepełnosprawnością:</w:t>
      </w:r>
    </w:p>
    <w:p w14:paraId="09EC8E6F" w14:textId="77777777" w:rsidR="00A462A4" w:rsidRDefault="00000000">
      <w:pPr>
        <w:spacing w:after="80" w:line="240" w:lineRule="auto"/>
      </w:pPr>
      <w:r>
        <w:rPr>
          <w:sz w:val="18"/>
        </w:rPr>
        <w:t>Wskazane są: krótkie i jasno sformułowane instrukcje, plan aktywności i zasady przedstawione w formie wizualnej, karty pracy dostosowane do możliwości ucznia, materiały dzielone na mniejsze etapy, timer lub inne narzędzie do organizacji czasu, możliwość korzystania z miejsca ograniczającego liczbę bodźców oraz pomoce wspierające wyciszenie i regulację emocji.</w:t>
      </w:r>
    </w:p>
    <w:p w14:paraId="5320F145" w14:textId="77777777" w:rsidR="00A462A4" w:rsidRDefault="00000000">
      <w:pPr>
        <w:spacing w:after="20" w:line="240" w:lineRule="auto"/>
      </w:pPr>
      <w:r>
        <w:rPr>
          <w:b/>
        </w:rPr>
        <w:t>6. Proszę wymienić ograniczenia (wynikające z możliwości rozwojowych dziecka/ucznia) utrudniające funkcjonowanie w zajęciach edukacyjnych/lekcjach:</w:t>
      </w:r>
    </w:p>
    <w:p w14:paraId="31D4BFB4" w14:textId="77777777" w:rsidR="00A462A4" w:rsidRDefault="00000000">
      <w:pPr>
        <w:spacing w:after="80" w:line="240" w:lineRule="auto"/>
      </w:pPr>
      <w:r>
        <w:rPr>
          <w:sz w:val="18"/>
        </w:rPr>
        <w:t>Uczeń ma trudności z koncentracją uwagi, utrzymaniem zaangażowania, pozostawaniem przez dłuższy czas w jednym miejscu oraz dokańczaniem rozpoczętych czynności. Często przerywa pracę, wstaje bez pozwolenia i podejmuje działania niezwiązane z przebiegiem zajęć. W sytuacjach trudnych lub wymagających większego wysiłku obserwuje się zachowania impulsywne, używanie wulgaryzmów, agresję słowną oraz wchodzenie w konflikty. Kacper wymaga wsparcia w zakresie samokontroli, regulacji emocji i przestrzegania norm społecznych.</w:t>
      </w:r>
    </w:p>
    <w:p w14:paraId="49CB3BD9" w14:textId="77777777" w:rsidR="00A462A4" w:rsidRDefault="00000000">
      <w:pPr>
        <w:spacing w:after="20" w:line="240" w:lineRule="auto"/>
      </w:pPr>
      <w:r>
        <w:rPr>
          <w:b/>
        </w:rPr>
        <w:t>7. Proszę wymienić formy i okres dotychczas udzielonej dziecku/uczniowi pomocy psychologiczno-pedagogicznej w przedszkolu/szkole:</w:t>
      </w:r>
    </w:p>
    <w:p w14:paraId="14C3DD69" w14:textId="77777777" w:rsidR="00A462A4" w:rsidRDefault="00000000">
      <w:pPr>
        <w:spacing w:after="80" w:line="240" w:lineRule="auto"/>
      </w:pPr>
      <w:r>
        <w:rPr>
          <w:sz w:val="18"/>
        </w:rPr>
        <w:t>Uczeń był obejmowany pomocą psychologiczno-pedagogiczną i oddziaływaniami rewalidacyjnymi zgodnie z rozpoznanymi potrzebami, w szczególności w zakresie rozwijania kompetencji społecznych i emocjonalnych, koncentracji uwagi, samokontroli oraz motywacji do pracy. Pomoc realizowano w bieżącym roku szkolnym, z uwzględnieniem przerwy wynikającej z hospitalizacji od stycznia do kwietnia oraz po powrocie ucznia do szkoły.</w:t>
      </w:r>
    </w:p>
    <w:p w14:paraId="3911B600" w14:textId="77777777" w:rsidR="00A462A4" w:rsidRDefault="00000000">
      <w:pPr>
        <w:spacing w:after="20" w:line="240" w:lineRule="auto"/>
      </w:pPr>
      <w:r>
        <w:rPr>
          <w:b/>
        </w:rPr>
        <w:t>8. Proszę wymienić proponowane sposoby oceny efektów działań podjętych przez przedszkole/szkołę zmierzających do poprawy funkcjonowania dziecka/ucznia:</w:t>
      </w:r>
    </w:p>
    <w:p w14:paraId="777FE1F5" w14:textId="77777777" w:rsidR="00A462A4" w:rsidRDefault="00000000">
      <w:pPr>
        <w:spacing w:after="80" w:line="240" w:lineRule="auto"/>
      </w:pPr>
      <w:r>
        <w:rPr>
          <w:sz w:val="18"/>
        </w:rPr>
        <w:t>Efekty działań należy oceniać poprzez systematyczną obserwację funkcjonowania ucznia podczas zajęć, analizę frekwencji i stopnia zaangażowania w zadania, analizę wytworów pracy ucznia, monitorowanie liczby i nasilenia zachowań trudnych, rozmowy z uczniem i rodzicami, konsultacje nauczycieli ze specjalistami oraz okresową ocenę realizacji zaleceń i celów zapisanych w dokumentacji szkolnej.</w:t>
      </w:r>
    </w:p>
    <w:p w14:paraId="39B25373" w14:textId="77777777" w:rsidR="00326F42" w:rsidRDefault="00326F42">
      <w:pPr>
        <w:spacing w:after="20" w:line="240" w:lineRule="auto"/>
        <w:rPr>
          <w:b/>
        </w:rPr>
      </w:pPr>
    </w:p>
    <w:p w14:paraId="000C6A8B" w14:textId="0B2586D5" w:rsidR="00A462A4" w:rsidRDefault="00000000">
      <w:pPr>
        <w:spacing w:after="20" w:line="240" w:lineRule="auto"/>
      </w:pPr>
      <w:r>
        <w:rPr>
          <w:b/>
        </w:rPr>
        <w:lastRenderedPageBreak/>
        <w:t>9. Proszę wskazać wnioski dotyczące dalszej pracy z dzieckiem/uczniem zmierzające do poprawy jego funkcjonowania w przedszkolu/szkole:</w:t>
      </w:r>
    </w:p>
    <w:p w14:paraId="776017C1" w14:textId="77777777" w:rsidR="00A462A4" w:rsidRDefault="00000000">
      <w:pPr>
        <w:spacing w:after="80" w:line="240" w:lineRule="auto"/>
      </w:pPr>
      <w:r>
        <w:rPr>
          <w:sz w:val="18"/>
        </w:rPr>
        <w:t>Kacper wymaga dalszych, systematycznych oddziaływań rewalidacyjnych ukierunkowanych na rozwijanie kompetencji społecznych i emocjonalnych, poprawę koncentracji uwagi, kształtowanie umiejętności samokontroli oraz wzmacnianie motywacji do podejmowania aktywności edukacyjnej. Wskazane jest stosowanie stałej struktury zajęć, przewidywalnych zasad, krótkich poleceń, częstych wzmocnień pozytywnych oraz dostosowanie tempa i zakresu pracy do aktualnych możliwości ucznia. Niezbędna jest ścisła współpraca szkoły, rodziny oraz specjalistów prowadzących terapię ucznia.</w:t>
      </w:r>
    </w:p>
    <w:p w14:paraId="3C7C4F56" w14:textId="77777777" w:rsidR="00A462A4" w:rsidRDefault="00A462A4">
      <w:pPr>
        <w:spacing w:line="240" w:lineRule="auto"/>
      </w:pPr>
    </w:p>
    <w:p w14:paraId="07FC600D" w14:textId="77777777" w:rsidR="00A462A4" w:rsidRDefault="00000000">
      <w:pPr>
        <w:spacing w:after="40" w:line="240" w:lineRule="auto"/>
      </w:pPr>
      <w:r>
        <w:t>……...................................................                                         Konrad Cwek</w:t>
      </w:r>
    </w:p>
    <w:p w14:paraId="77FD82F9" w14:textId="77777777" w:rsidR="00A462A4" w:rsidRDefault="00000000">
      <w:pPr>
        <w:spacing w:after="40" w:line="240" w:lineRule="auto"/>
      </w:pPr>
      <w:r>
        <w:rPr>
          <w:sz w:val="16"/>
        </w:rPr>
        <w:t xml:space="preserve">             (Miejscowość, data)                                                                  (czytelny podpis nauczyciela/wychowawcy</w:t>
      </w:r>
    </w:p>
    <w:p w14:paraId="539689C2" w14:textId="77777777" w:rsidR="00A462A4" w:rsidRDefault="00000000">
      <w:pPr>
        <w:spacing w:after="40" w:line="240" w:lineRule="auto"/>
      </w:pPr>
      <w:r>
        <w:rPr>
          <w:sz w:val="16"/>
        </w:rPr>
        <w:t xml:space="preserve">                                                                                                                               sporządzającego opinię)</w:t>
      </w:r>
    </w:p>
    <w:p w14:paraId="512FC8B1" w14:textId="77777777" w:rsidR="00A462A4" w:rsidRDefault="00A462A4">
      <w:pPr>
        <w:spacing w:after="160" w:line="240" w:lineRule="auto"/>
      </w:pPr>
    </w:p>
    <w:p w14:paraId="313319C0" w14:textId="77777777" w:rsidR="00A462A4" w:rsidRDefault="00000000">
      <w:pPr>
        <w:spacing w:after="40" w:line="240" w:lineRule="auto"/>
        <w:jc w:val="center"/>
      </w:pPr>
      <w:r>
        <w:t>………………………………………..</w:t>
      </w:r>
    </w:p>
    <w:p w14:paraId="106FA05D" w14:textId="77777777" w:rsidR="00A462A4" w:rsidRDefault="00000000">
      <w:pPr>
        <w:spacing w:after="40" w:line="240" w:lineRule="auto"/>
        <w:jc w:val="center"/>
      </w:pPr>
      <w:r>
        <w:rPr>
          <w:sz w:val="16"/>
        </w:rPr>
        <w:t>(Pieczątka dyrektora przedszkola/szkoły)</w:t>
      </w:r>
    </w:p>
    <w:sectPr w:rsidR="00A462A4" w:rsidSect="00034616">
      <w:pgSz w:w="12240" w:h="15840"/>
      <w:pgMar w:top="680" w:right="850" w:bottom="68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2030343">
    <w:abstractNumId w:val="8"/>
  </w:num>
  <w:num w:numId="2" w16cid:durableId="916019705">
    <w:abstractNumId w:val="6"/>
  </w:num>
  <w:num w:numId="3" w16cid:durableId="1322856306">
    <w:abstractNumId w:val="5"/>
  </w:num>
  <w:num w:numId="4" w16cid:durableId="696196134">
    <w:abstractNumId w:val="4"/>
  </w:num>
  <w:num w:numId="5" w16cid:durableId="1536044293">
    <w:abstractNumId w:val="7"/>
  </w:num>
  <w:num w:numId="6" w16cid:durableId="629016402">
    <w:abstractNumId w:val="3"/>
  </w:num>
  <w:num w:numId="7" w16cid:durableId="1219363092">
    <w:abstractNumId w:val="2"/>
  </w:num>
  <w:num w:numId="8" w16cid:durableId="1877309240">
    <w:abstractNumId w:val="1"/>
  </w:num>
  <w:num w:numId="9" w16cid:durableId="83115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42"/>
    <w:rsid w:val="00326F90"/>
    <w:rsid w:val="00671741"/>
    <w:rsid w:val="007D5168"/>
    <w:rsid w:val="008F4428"/>
    <w:rsid w:val="00A462A4"/>
    <w:rsid w:val="00AA1D8D"/>
    <w:rsid w:val="00B47730"/>
    <w:rsid w:val="00CB0664"/>
    <w:rsid w:val="00FC693F"/>
    <w:rsid w:val="00FF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E738AFAA-4CD8-4017-A8DC-5BC28558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5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924</Words>
  <Characters>5546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Konrad Cwek</cp:lastModifiedBy>
  <cp:revision>5</cp:revision>
  <dcterms:created xsi:type="dcterms:W3CDTF">2013-12-23T23:15:00Z</dcterms:created>
  <dcterms:modified xsi:type="dcterms:W3CDTF">2026-06-11T11:28:00Z</dcterms:modified>
  <cp:category/>
</cp:coreProperties>
</file>